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color w:val="D69E2E"/>
          <w:sz w:val="56"/>
        </w:rPr>
        <w:t>✝</w:t>
      </w:r>
    </w:p>
    <w:p>
      <w:pPr>
        <w:spacing w:after="40" w:line="276" w:lineRule="auto"/>
        <w:jc w:val="center"/>
      </w:pPr>
      <w:r>
        <w:rPr>
          <w:b/>
          <w:color w:val="1A365D"/>
          <w:sz w:val="32"/>
        </w:rPr>
        <w:t>RECONOCIMIENTO Y COMISIONAMIENTO OFICIAL DE IGLESIA HIJA</w:t>
      </w:r>
    </w:p>
    <w:p>
      <w:pPr>
        <w:spacing w:after="400"/>
        <w:jc w:val="center"/>
      </w:pPr>
      <w:r>
        <w:rPr>
          <w:color w:val="718096"/>
          <w:sz w:val="20"/>
        </w:rPr>
        <w:t>――――――――――――――――――――――――――――――――――――――――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600"/>
          </w:tcPr>
          <w:p>
            <w:pPr>
              <w:spacing w:after="80" w:before="80"/>
            </w:pPr>
            <w:r>
              <w:rPr>
                <w:b/>
                <w:color w:val="1A365D"/>
              </w:rPr>
              <w:t>Fecha:</w:t>
            </w:r>
          </w:p>
        </w:tc>
        <w:tc>
          <w:tcPr>
            <w:tcW w:type="dxa" w:w="5760"/>
          </w:tcPr>
          <w:p>
            <w:pPr>
              <w:spacing w:after="80" w:before="80"/>
            </w:pPr>
            <w:r>
              <w:rPr>
                <w:color w:val="2D3748"/>
              </w:rPr>
              <w:t>[Fecha]</w:t>
            </w:r>
          </w:p>
        </w:tc>
      </w:tr>
      <w:tr>
        <w:tc>
          <w:tcPr>
            <w:tcW w:type="dxa" w:w="3600"/>
          </w:tcPr>
          <w:p>
            <w:pPr>
              <w:spacing w:after="80" w:before="80"/>
            </w:pPr>
            <w:r>
              <w:rPr>
                <w:b/>
                <w:color w:val="1A365D"/>
              </w:rPr>
              <w:t>Iglesia Madre (Enviadora):</w:t>
            </w:r>
          </w:p>
        </w:tc>
        <w:tc>
          <w:tcPr>
            <w:tcW w:type="dxa" w:w="5760"/>
          </w:tcPr>
          <w:p>
            <w:pPr>
              <w:spacing w:after="80" w:before="80"/>
            </w:pPr>
            <w:r>
              <w:rPr>
                <w:color w:val="2D3748"/>
              </w:rPr>
              <w:t>[Nombre de la Iglesia Madre]</w:t>
            </w:r>
          </w:p>
        </w:tc>
      </w:tr>
      <w:tr>
        <w:tc>
          <w:tcPr>
            <w:tcW w:type="dxa" w:w="3600"/>
          </w:tcPr>
          <w:p>
            <w:pPr>
              <w:spacing w:after="80" w:before="80"/>
            </w:pPr>
            <w:r>
              <w:rPr>
                <w:b/>
                <w:color w:val="1A365D"/>
              </w:rPr>
              <w:t>Dirección de la Iglesia Madre:</w:t>
            </w:r>
          </w:p>
        </w:tc>
        <w:tc>
          <w:tcPr>
            <w:tcW w:type="dxa" w:w="5760"/>
          </w:tcPr>
          <w:p>
            <w:pPr>
              <w:spacing w:after="80" w:before="80"/>
            </w:pPr>
            <w:r>
              <w:rPr>
                <w:color w:val="2D3748"/>
              </w:rPr>
              <w:t>[Dirección, Ciudad, Estado/Provincia, País]</w:t>
            </w:r>
          </w:p>
        </w:tc>
      </w:tr>
    </w:tbl>
    <w:p>
      <w:pPr>
        <w:spacing w:after="240"/>
      </w:pPr>
    </w:p>
    <w:p>
      <w:pPr>
        <w:keepNext/>
        <w:spacing w:before="240" w:after="160"/>
      </w:pPr>
      <w:r>
        <w:rPr>
          <w:b/>
          <w:color w:val="1A365D"/>
          <w:sz w:val="26"/>
        </w:rPr>
        <w:t>Declaración de Aprobación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7FAFC"/>
            <w:tcBorders>
              <w:top w:val="none"/>
              <w:left w:val="single" w:sz="24" w:space="0" w:color="D69E2E"/>
              <w:bottom w:val="none"/>
              <w:right w:val="none"/>
            </w:tcBorders>
            <w:tcMar>
              <w:top w:w="180" w:type="dxa"/>
              <w:left w:w="240" w:type="dxa"/>
              <w:bottom w:w="180" w:type="dxa"/>
              <w:right w:w="240" w:type="dxa"/>
            </w:tcMar>
          </w:tcPr>
          <w:p>
            <w:pPr>
              <w:spacing w:after="160" w:line="276" w:lineRule="auto"/>
            </w:pPr>
            <w:r>
              <w:t>El Liderazgo y el Cuerpo de Ancianos de [Nombre de la Iglesia Madre] reconocen y respaldan oficialmente, por la presente, la plantación de la iglesia [Nombre de la Nueva Iglesia Hija], ubicada en [Dirección/Ciudad de la Nueva Iglesia], bajo el liderazgo del Pastor/Plantador [Nombre del Pastor].</w:t>
            </w:r>
          </w:p>
          <w:p>
            <w:pPr>
              <w:spacing w:after="0" w:line="276" w:lineRule="auto"/>
            </w:pPr>
            <w:r>
              <w:t>Afirmamos que esta nueva congregación ha cumplido con los criterios espirituales, doctrinales y de liderazgo establecidos por nuestro cuerpo directivo. Al firmar este documento, bendecimos, autorizamos y comisionamos esta nueva obra para operar como una planta de iglesia oficial bajo nuestra cobertura espiritual y guía.</w:t>
            </w:r>
          </w:p>
        </w:tc>
      </w:tr>
    </w:tbl>
    <w:p>
      <w:pPr>
        <w:spacing w:after="240"/>
      </w:pPr>
    </w:p>
    <w:p>
      <w:pPr>
        <w:keepNext/>
        <w:spacing w:before="240" w:after="120"/>
      </w:pPr>
      <w:r>
        <w:rPr>
          <w:b/>
          <w:color w:val="1A365D"/>
          <w:sz w:val="26"/>
        </w:rPr>
        <w:t>Autorización y Firmas</w:t>
      </w:r>
    </w:p>
    <w:p>
      <w:pPr>
        <w:spacing w:after="320"/>
      </w:pPr>
      <w:r>
        <w:t>Al firmar y sellar este documento, la Iglesia Madre otorga oficialmente su aprobación y bendición espiritual.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464"/>
          </w:tcPr>
          <w:p>
            <w:pPr>
              <w:keepNext/>
              <w:spacing w:after="160"/>
            </w:pPr>
            <w:r>
              <w:rPr>
                <w:b/>
                <w:color w:val="1A365D"/>
              </w:rPr>
              <w:t>Líder Autorizado / Pastor de la Iglesia Madre:</w:t>
            </w:r>
          </w:p>
          <w:p>
            <w:pPr>
              <w:spacing w:line="312" w:lineRule="auto"/>
            </w:pPr>
            <w:r>
              <w:t>Nombre: ____________________________________</w:t>
              <w:br/>
            </w:r>
            <w:r>
              <w:t>Cargo/Título: ________________________________</w:t>
              <w:br/>
            </w:r>
            <w:r>
              <w:t>Firma: _____________________________________</w:t>
              <w:br/>
            </w:r>
            <w:r>
              <w:t>Fecha: ______________</w:t>
            </w:r>
          </w:p>
        </w:tc>
        <w:tc>
          <w:tcPr>
            <w:tcW w:type="dxa" w:w="4464"/>
          </w:tcPr>
          <w:p>
            <w:pPr>
              <w:keepNext/>
              <w:spacing w:after="160"/>
            </w:pPr>
            <w:r>
              <w:rPr>
                <w:b/>
                <w:color w:val="1A365D"/>
              </w:rPr>
              <w:t>Representante de la Iglesia Hija (Receptor):</w:t>
            </w:r>
          </w:p>
          <w:p>
            <w:pPr>
              <w:spacing w:line="312" w:lineRule="auto"/>
            </w:pPr>
            <w:r>
              <w:t>Nombre: ____________________________________</w:t>
              <w:br/>
            </w:r>
            <w:r>
              <w:t>Firma: _____________________________________</w:t>
              <w:br/>
            </w:r>
            <w:r>
              <w:t>Fecha: ______________</w:t>
              <w:br/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